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sz w:val="32"/>
        </w:rPr>
        <w:t>Bhaveshkumar Dilipbhai Patel</w:t>
      </w:r>
    </w:p>
    <w:p>
      <w:r>
        <w:t>📞 +91 9662503909 | 📧 bhaveshpatel6909.bd@gmail.com</w:t>
      </w:r>
    </w:p>
    <w:p>
      <w:r>
        <w:t>📍 At: Sarangpur, City: Ankleshwar, Dist: Bharuch</w:t>
      </w:r>
    </w:p>
    <w:p>
      <w:pPr>
        <w:pStyle w:val="Heading1"/>
      </w:pPr>
      <w:r>
        <w:t>Professional Summary</w:t>
      </w:r>
    </w:p>
    <w:p>
      <w:r>
        <w:t>Dedicated and detail-oriented DCS Executive with 6+ years of experience in the chemical industry. Skilled in Distributed Control Systems (Rockwell), production operations, team supervision, and safety compliance. Proven ability to optimize plant efficiency, handle hazardous chemicals, and ensure smooth production output.</w:t>
      </w:r>
    </w:p>
    <w:p>
      <w:pPr>
        <w:pStyle w:val="Heading1"/>
      </w:pPr>
      <w:r>
        <w:t>Key Skills</w:t>
      </w:r>
    </w:p>
    <w:p>
      <w:r>
        <w:t>• Distributed Control System (DCS) Operations – Rockwell</w:t>
      </w:r>
    </w:p>
    <w:p>
      <w:r>
        <w:t>• Production Supervision &amp; Team Management</w:t>
      </w:r>
    </w:p>
    <w:p>
      <w:r>
        <w:t>• Process Monitoring &amp; Troubleshooting</w:t>
      </w:r>
    </w:p>
    <w:p>
      <w:r>
        <w:t>• Chemical Handling (Sodium Cyanide)</w:t>
      </w:r>
    </w:p>
    <w:p>
      <w:r>
        <w:t>• Plant Safety &amp; Compliance (HSE Guidelines)</w:t>
      </w:r>
    </w:p>
    <w:p>
      <w:r>
        <w:t>• Shift Operations &amp; Coordination</w:t>
      </w:r>
    </w:p>
    <w:p>
      <w:r>
        <w:t>• Root Cause Analysis &amp; Corrective Actions</w:t>
      </w:r>
    </w:p>
    <w:p>
      <w:r>
        <w:t>• Documentation &amp; Reporting (SOPs, Daily Reports)</w:t>
      </w:r>
    </w:p>
    <w:p>
      <w:pPr>
        <w:pStyle w:val="Heading1"/>
      </w:pPr>
      <w:r>
        <w:t>Work Experience</w:t>
      </w:r>
    </w:p>
    <w:p>
      <w:pPr>
        <w:pStyle w:val="Heading2"/>
      </w:pPr>
      <w:r>
        <w:t>UPL Ltd. (Unit-5), Jhagadia, Bharuch</w:t>
      </w:r>
    </w:p>
    <w:p>
      <w:r>
        <w:t>DCS Executive Process (June 2023 – Present)</w:t>
      </w:r>
    </w:p>
    <w:p>
      <w:r>
        <w:t>• Run plant operations smoothly from Rockwell DCS panel by maintaining safety parameters.</w:t>
        <w:br/>
        <w:t>• Report directly to Plant Manager on production output.</w:t>
        <w:br/>
        <w:t>• Troubleshoot issues through daily observation and corrective actions.</w:t>
      </w:r>
    </w:p>
    <w:p>
      <w:pPr>
        <w:pStyle w:val="Heading2"/>
      </w:pPr>
      <w:r>
        <w:t>Hikal Ltd., Panoli</w:t>
      </w:r>
    </w:p>
    <w:p>
      <w:r>
        <w:t>Production Officer (Nov 2021 – June 2023)</w:t>
      </w:r>
    </w:p>
    <w:p>
      <w:r>
        <w:t>• Supervised a team of 12 operators by planning and allocating work.</w:t>
        <w:br/>
        <w:t>• Responsible for Sodium Cyanide handling and process control.</w:t>
        <w:br/>
        <w:t>• Operated and monitored DCS systems for chemical production.</w:t>
      </w:r>
    </w:p>
    <w:p>
      <w:pPr>
        <w:pStyle w:val="Heading2"/>
      </w:pPr>
      <w:r>
        <w:t>Lupin Ltd., Ankleshwar</w:t>
      </w:r>
    </w:p>
    <w:p>
      <w:r>
        <w:t>Production Officer (May 2019 – Oct 2021)</w:t>
      </w:r>
    </w:p>
    <w:p>
      <w:r>
        <w:t>• Supervised a team of 10 operators by planning and allocating tasks.</w:t>
        <w:br/>
        <w:t>• Ensured smooth production operations while adhering to safety and quality standards.</w:t>
      </w:r>
    </w:p>
    <w:p>
      <w:pPr>
        <w:pStyle w:val="Heading1"/>
      </w:pPr>
      <w:r>
        <w:t>Education</w:t>
      </w:r>
    </w:p>
    <w:p>
      <w:r>
        <w:t>• M.Sc. in Organic Chemistry (2017–2019), Veer Narmad South Gujarat University – 6.4 CGPA</w:t>
      </w:r>
    </w:p>
    <w:p>
      <w:r>
        <w:t>• B.Sc. in Chemistry (2014–2017), Veer Narmad South Gujarat University – 7.23 CGPA</w:t>
      </w:r>
    </w:p>
    <w:p>
      <w:r>
        <w:t>• HSC (March 2009), Shravan Vidhyabhavan Ankleshwar, GHSEB Board – 57.80%</w:t>
      </w:r>
    </w:p>
    <w:p>
      <w:r>
        <w:t>• SSC (March 2007), Lions School Ankleshwar, GSEB Board – 81.85%</w:t>
      </w:r>
    </w:p>
    <w:p>
      <w:pPr>
        <w:pStyle w:val="Heading1"/>
      </w:pPr>
      <w:r>
        <w:t>Personal Details</w:t>
      </w:r>
    </w:p>
    <w:p>
      <w:r>
        <w:t>• Father’s Name: Dilipbhai B. Patel</w:t>
      </w:r>
    </w:p>
    <w:p>
      <w:r>
        <w:t>• Date of Birth: 16th September, 1991</w:t>
      </w:r>
    </w:p>
    <w:p>
      <w:r>
        <w:t>• Marital Status: Married</w:t>
      </w:r>
    </w:p>
    <w:p>
      <w:r>
        <w:t>• Nationality: Indian</w:t>
      </w:r>
    </w:p>
    <w:p>
      <w:r>
        <w:t>• Permanent Address: At- Sarangpur, Post: Motali, Ta: Ankleshwar, Dist: Bharuch</w:t>
      </w:r>
    </w:p>
    <w:p>
      <w:r>
        <w:t>• Languages Known: Gujarati, Hindi, English</w:t>
      </w:r>
    </w:p>
    <w:p>
      <w:r>
        <w:t>• Hobbies: Playing cricket, Reading books &amp; newspaper, Traveling</w:t>
      </w:r>
    </w:p>
    <w:p>
      <w:r>
        <w:t>• Current CTC: 5.65 LPA</w:t>
      </w:r>
    </w:p>
    <w:p>
      <w:r>
        <w:t>• Notice Period: 1 month</w:t>
      </w:r>
    </w:p>
    <w:p>
      <w:pPr>
        <w:pStyle w:val="Heading1"/>
      </w:pPr>
      <w:r>
        <w:t>References</w:t>
      </w:r>
    </w:p>
    <w:p>
      <w:r>
        <w:t>• Mr. Kunjal N Patel – Sr. Executive at PI Ind., Panoli | Contact: 9725113918</w:t>
      </w:r>
    </w:p>
    <w:p>
      <w:r>
        <w:t>• Mr. Hashmukh K Patel – Sr. Manager at Lupin Ltd., Ankleshwar | Contact: 9427132343</w:t>
      </w:r>
    </w:p>
    <w:p>
      <w:r>
        <w:t>• Mr. Kirit R Patel – Deputy Manager at Hikal Ltd. | Contact: 8866692529</w:t>
      </w:r>
    </w:p>
    <w:p>
      <w:r>
        <w:t>• Mr. Nallam Swami – Plant Leader at UPL (Unit-5) | Contact: 9014447318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