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</w:rPr>
        <w:t>Milan Ravindrabhai Patel</w:t>
      </w:r>
    </w:p>
    <w:p>
      <w:pPr>
        <w:jc w:val="center"/>
      </w:pPr>
      <w:r>
        <w:rPr>
          <w:b w:val="0"/>
        </w:rPr>
        <w:t>📍 4, Kachiya Patel Faliya, Godsamba, Ta: Mandvi, Dist: Surat, Pin: 394163</w:t>
      </w:r>
    </w:p>
    <w:p>
      <w:pPr>
        <w:jc w:val="center"/>
      </w:pPr>
      <w:r>
        <w:rPr>
          <w:b w:val="0"/>
        </w:rPr>
        <w:t>📧 milanpatel32.mba@gmail.com | 📞 +91 99248 28571</w:t>
      </w:r>
    </w:p>
    <w:p/>
    <w:p>
      <w:pPr>
        <w:pStyle w:val="Heading1"/>
      </w:pPr>
      <w:r>
        <w:t>Objective</w:t>
      </w:r>
    </w:p>
    <w:p>
      <w:r>
        <w:t>To contribute effectively to organizational growth by leveraging my finance and planning skills, maintaining strong work ethics, and continually expanding my expertise in financial operations and production planning.</w:t>
      </w:r>
    </w:p>
    <w:p>
      <w:pPr>
        <w:pStyle w:val="Heading1"/>
      </w:pPr>
      <w:r>
        <w:t>Education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Qualification</w:t>
            </w:r>
          </w:p>
        </w:tc>
        <w:tc>
          <w:tcPr>
            <w:tcW w:type="dxa" w:w="2160"/>
          </w:tcPr>
          <w:p>
            <w:r>
              <w:t>Institution/Board</w:t>
            </w:r>
          </w:p>
        </w:tc>
        <w:tc>
          <w:tcPr>
            <w:tcW w:type="dxa" w:w="2160"/>
          </w:tcPr>
          <w:p>
            <w:r>
              <w:t>Year</w:t>
            </w:r>
          </w:p>
        </w:tc>
        <w:tc>
          <w:tcPr>
            <w:tcW w:type="dxa" w:w="2160"/>
          </w:tcPr>
          <w:p>
            <w:r>
              <w:t>Grade/Percentage</w:t>
            </w:r>
          </w:p>
        </w:tc>
      </w:tr>
      <w:tr>
        <w:tc>
          <w:tcPr>
            <w:tcW w:type="dxa" w:w="2160"/>
          </w:tcPr>
          <w:p>
            <w:r>
              <w:t>MBA (Finance)</w:t>
            </w:r>
          </w:p>
        </w:tc>
        <w:tc>
          <w:tcPr>
            <w:tcW w:type="dxa" w:w="2160"/>
          </w:tcPr>
          <w:p>
            <w:r>
              <w:t>Gujarat Technological University</w:t>
            </w:r>
          </w:p>
        </w:tc>
        <w:tc>
          <w:tcPr>
            <w:tcW w:type="dxa" w:w="2160"/>
          </w:tcPr>
          <w:p>
            <w:r>
              <w:t>2013</w:t>
            </w:r>
          </w:p>
        </w:tc>
        <w:tc>
          <w:tcPr>
            <w:tcW w:type="dxa" w:w="2160"/>
          </w:tcPr>
          <w:p>
            <w:r>
              <w:t>6.96 SPI</w:t>
            </w:r>
          </w:p>
        </w:tc>
      </w:tr>
      <w:tr>
        <w:tc>
          <w:tcPr>
            <w:tcW w:type="dxa" w:w="2160"/>
          </w:tcPr>
          <w:p>
            <w:r>
              <w:t>BBA</w:t>
            </w:r>
          </w:p>
        </w:tc>
        <w:tc>
          <w:tcPr>
            <w:tcW w:type="dxa" w:w="2160"/>
          </w:tcPr>
          <w:p>
            <w:r>
              <w:t>Veer Narmad South Gujarat University</w:t>
            </w:r>
          </w:p>
        </w:tc>
        <w:tc>
          <w:tcPr>
            <w:tcW w:type="dxa" w:w="2160"/>
          </w:tcPr>
          <w:p>
            <w:r>
              <w:t>2011</w:t>
            </w:r>
          </w:p>
        </w:tc>
        <w:tc>
          <w:tcPr>
            <w:tcW w:type="dxa" w:w="2160"/>
          </w:tcPr>
          <w:p>
            <w:r>
              <w:t>61.25%</w:t>
            </w:r>
          </w:p>
        </w:tc>
      </w:tr>
      <w:tr>
        <w:tc>
          <w:tcPr>
            <w:tcW w:type="dxa" w:w="2160"/>
          </w:tcPr>
          <w:p>
            <w:r>
              <w:t>HSC (12th)</w:t>
            </w:r>
          </w:p>
        </w:tc>
        <w:tc>
          <w:tcPr>
            <w:tcW w:type="dxa" w:w="2160"/>
          </w:tcPr>
          <w:p>
            <w:r>
              <w:t>Gujarat State Higher Education Board</w:t>
            </w:r>
          </w:p>
        </w:tc>
        <w:tc>
          <w:tcPr>
            <w:tcW w:type="dxa" w:w="2160"/>
          </w:tcPr>
          <w:p>
            <w:r>
              <w:t>2008</w:t>
            </w:r>
          </w:p>
        </w:tc>
        <w:tc>
          <w:tcPr>
            <w:tcW w:type="dxa" w:w="2160"/>
          </w:tcPr>
          <w:p>
            <w:r>
              <w:t>59.84%</w:t>
            </w:r>
          </w:p>
        </w:tc>
      </w:tr>
      <w:tr>
        <w:tc>
          <w:tcPr>
            <w:tcW w:type="dxa" w:w="2160"/>
          </w:tcPr>
          <w:p>
            <w:r>
              <w:t>SSC (10th)</w:t>
            </w:r>
          </w:p>
        </w:tc>
        <w:tc>
          <w:tcPr>
            <w:tcW w:type="dxa" w:w="2160"/>
          </w:tcPr>
          <w:p>
            <w:r>
              <w:t>Gujarat State Higher Education Board</w:t>
            </w:r>
          </w:p>
        </w:tc>
        <w:tc>
          <w:tcPr>
            <w:tcW w:type="dxa" w:w="2160"/>
          </w:tcPr>
          <w:p>
            <w:r>
              <w:t>2006</w:t>
            </w:r>
          </w:p>
        </w:tc>
        <w:tc>
          <w:tcPr>
            <w:tcW w:type="dxa" w:w="2160"/>
          </w:tcPr>
          <w:p>
            <w:r>
              <w:t>61.14%</w:t>
            </w:r>
          </w:p>
        </w:tc>
      </w:tr>
    </w:tbl>
    <w:p>
      <w:pPr>
        <w:pStyle w:val="Heading1"/>
      </w:pPr>
      <w:r>
        <w:t>Work Experience</w:t>
      </w:r>
    </w:p>
    <w:p>
      <w:pPr>
        <w:pStyle w:val="ListBullet"/>
      </w:pPr>
      <w:r>
        <w:t>SANIMO Polymers Pvt. Ltd. – Planning Executive</w:t>
      </w:r>
    </w:p>
    <w:p>
      <w:r>
        <w:t>2016 – Present</w:t>
      </w:r>
    </w:p>
    <w:p>
      <w:r>
        <w:t>- Oversee production planning and control from dyeing to dispatch.</w:t>
      </w:r>
    </w:p>
    <w:p>
      <w:r>
        <w:t>- Manage procurement and tracking of raw materials.</w:t>
      </w:r>
    </w:p>
    <w:p>
      <w:r>
        <w:t>- Coordinate order dispatches within deadlines.</w:t>
      </w:r>
    </w:p>
    <w:p>
      <w:r>
        <w:t>- Maintain detailed MIS reports on monthly and yearly dispatches and order bookings.</w:t>
      </w:r>
    </w:p>
    <w:p>
      <w:r>
        <w:t>- Track each order’s lifecycle from booking to logistics handover (Gate Pass/LR Number).</w:t>
      </w:r>
    </w:p>
    <w:p>
      <w:pPr>
        <w:pStyle w:val="ListBullet"/>
      </w:pPr>
      <w:r>
        <w:t>Mandvi Sugar Factory – Assistant Administrator</w:t>
      </w:r>
    </w:p>
    <w:p>
      <w:r>
        <w:t>2015 – 2016</w:t>
      </w:r>
    </w:p>
    <w:p>
      <w:r>
        <w:t>- Supported administrative activities and coordinated internal documentation.</w:t>
      </w:r>
    </w:p>
    <w:p>
      <w:pPr>
        <w:pStyle w:val="Heading1"/>
      </w:pPr>
      <w:r>
        <w:t>Technical Skills</w:t>
      </w:r>
    </w:p>
    <w:p>
      <w:r>
        <w:t>- ERP System: Sanimo Polymers ERP</w:t>
      </w:r>
    </w:p>
    <w:p>
      <w:r>
        <w:t>- Office Tools: MS Office (2003, 2007, XP)</w:t>
      </w:r>
    </w:p>
    <w:p>
      <w:pPr>
        <w:pStyle w:val="Heading1"/>
      </w:pPr>
      <w:r>
        <w:t>Certifications &amp; Achievements</w:t>
      </w:r>
    </w:p>
    <w:p>
      <w:r>
        <w:t>- Certificate: Seminar on Creative Thinking and Personality Development</w:t>
      </w:r>
    </w:p>
    <w:p>
      <w:r>
        <w:t>- 2nd Rank in Elocution Competition (School Level, 2006)</w:t>
      </w:r>
    </w:p>
    <w:p>
      <w:pPr>
        <w:pStyle w:val="Heading1"/>
      </w:pPr>
      <w:r>
        <w:t>Academic Projects</w:t>
      </w:r>
    </w:p>
    <w:p>
      <w:r>
        <w:t>1. Fundamental Analysis – Evaluated key financial indicators and company performance.</w:t>
      </w:r>
    </w:p>
    <w:p>
      <w:r>
        <w:t>2. IPO Analysis – Studied IPOs and their performance post-secondary market listing.</w:t>
      </w:r>
    </w:p>
    <w:p>
      <w:pPr>
        <w:pStyle w:val="Heading1"/>
      </w:pPr>
      <w:r>
        <w:t>Personal Details</w:t>
      </w:r>
    </w:p>
    <w:p>
      <w:r>
        <w:t>Date of Birth: 07 July 1989</w:t>
      </w:r>
    </w:p>
    <w:p>
      <w:r>
        <w:t>Gender: Male</w:t>
      </w:r>
    </w:p>
    <w:p>
      <w:r>
        <w:t>Marital Status: Unmarried</w:t>
      </w:r>
    </w:p>
    <w:p>
      <w:r>
        <w:t>Nationality: Indian</w:t>
      </w:r>
    </w:p>
    <w:p>
      <w:r>
        <w:t>Languages Known: English, Hindi, Gujarati</w:t>
      </w:r>
    </w:p>
    <w:p>
      <w:r>
        <w:t>Hobbies: Listening to music, watching TV, traveling</w:t>
      </w:r>
    </w:p>
    <w:p>
      <w:pPr>
        <w:pStyle w:val="Heading1"/>
      </w:pPr>
      <w:r>
        <w:t>Declaration</w:t>
      </w:r>
    </w:p>
    <w:p>
      <w:r>
        <w:t>I hereby declare that the information given above is true and correct to the best of my knowledge and belief.</w:t>
      </w:r>
    </w:p>
    <w:p/>
    <w:p>
      <w:pPr>
        <w:pStyle w:val="ListBullet"/>
      </w:pPr>
      <w:r>
        <w:t>Signature:</w:t>
      </w:r>
    </w:p>
    <w:p>
      <w:r>
        <w:t>Milan Patel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