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SHAIKH MOHAMMEDFAIZ MOHAMMEDJAVID</w:t>
      </w:r>
    </w:p>
    <w:p>
      <w:r>
        <w:t>Audit &amp; Compliance Assistant | Aspiring Company Secretary</w:t>
      </w:r>
    </w:p>
    <w:p>
      <w:r>
        <w:t>Bharuch, India | +91 99987 65100 | shkfj3012@gmail.com</w:t>
      </w:r>
    </w:p>
    <w:p>
      <w:r>
        <w:t>LinkedIn: linkedin.com/in/shaikh-faiz</w:t>
      </w:r>
    </w:p>
    <w:p>
      <w:pPr>
        <w:sectPr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>
      <w:pPr>
        <w:pStyle w:val="Heading2"/>
      </w:pPr>
      <w:r>
        <w:t>Professional Summary</w:t>
      </w:r>
    </w:p>
    <w:p>
      <w:r>
        <w:t>Detail-oriented and proactive Audit &amp; Accounts professional with 2 years of experience across audit, compliance, and accounting functions. Over 6 months of dedicated audit experience at a Chartered Accountancy firm. Currently pursuing Company Secretary (Executive level), with hands-on skills in ledger scrutiny, GST, TDS, payroll processing, and SAP/Tally Prime software. Open to relocating to the UAE and ready to contribute to audit, compliance, or company secretarial teams.</w:t>
      </w:r>
    </w:p>
    <w:p>
      <w:pPr>
        <w:pStyle w:val="Heading2"/>
      </w:pPr>
      <w:r>
        <w:t>Objective</w:t>
      </w:r>
    </w:p>
    <w:p>
      <w:r>
        <w:t>To secure a responsible role in audit, compliance, or company secretarial functions in the UAE, where I can utilize my practical accounting knowledge, regulatory understanding, and dedication to accuracy to support organizational success.</w:t>
      </w:r>
    </w:p>
    <w:p>
      <w:pPr>
        <w:pStyle w:val="Heading2"/>
      </w:pPr>
      <w:r>
        <w:t>Core Competencies</w:t>
      </w:r>
    </w:p>
    <w:p>
      <w:pPr>
        <w:pStyle w:val="ListBullet"/>
      </w:pPr>
      <w:r>
        <w:t>Financial Auditing &amp; Internal Controls</w:t>
      </w:r>
    </w:p>
    <w:p>
      <w:pPr>
        <w:pStyle w:val="ListBullet"/>
      </w:pPr>
      <w:r>
        <w:t>GST, TDS &amp; Payroll Compliance</w:t>
      </w:r>
    </w:p>
    <w:p>
      <w:pPr>
        <w:pStyle w:val="ListBullet"/>
      </w:pPr>
      <w:r>
        <w:t>Ledger Scrutiny &amp; Reconciliation</w:t>
      </w:r>
    </w:p>
    <w:p>
      <w:pPr>
        <w:pStyle w:val="ListBullet"/>
      </w:pPr>
      <w:r>
        <w:t>Company Secretarial Support</w:t>
      </w:r>
    </w:p>
    <w:p>
      <w:pPr>
        <w:pStyle w:val="ListBullet"/>
      </w:pPr>
      <w:r>
        <w:t>MIS Reporting &amp; Regulatory Compliance</w:t>
      </w:r>
    </w:p>
    <w:p>
      <w:pPr>
        <w:pStyle w:val="ListBullet"/>
      </w:pPr>
      <w:r>
        <w:t>SAP | Tally Prime | Microsoft Excel</w:t>
      </w:r>
    </w:p>
    <w:p>
      <w:pPr>
        <w:pStyle w:val="ListBullet"/>
      </w:pPr>
      <w:r>
        <w:t>Bank Reconciliation &amp; Cash Handling</w:t>
      </w:r>
    </w:p>
    <w:p>
      <w:pPr>
        <w:pStyle w:val="ListBullet"/>
      </w:pPr>
      <w:r>
        <w:t>Time Management &amp; Cross-Functional Coordination</w:t>
      </w:r>
    </w:p>
    <w:p>
      <w:pPr>
        <w:pStyle w:val="Heading2"/>
      </w:pPr>
      <w:r>
        <w:t>Professional Experience</w:t>
      </w:r>
    </w:p>
    <w:p>
      <w:pPr>
        <w:pStyle w:val="ListNumber"/>
      </w:pPr>
      <w:r>
        <w:t>Audit Assistant</w:t>
      </w:r>
    </w:p>
    <w:p>
      <w:r>
        <w:t>Shah Somaiya Malvi &amp; Associates – Bharuch, India (Feb 2025 – Till Date)</w:t>
      </w:r>
    </w:p>
    <w:p>
      <w:pPr>
        <w:pStyle w:val="ListBullet"/>
      </w:pPr>
      <w:r>
        <w:t>Performed detailed audits of vendor payments, purchase orders, and MIRO entries to ensure accuracy and compliance.</w:t>
      </w:r>
    </w:p>
    <w:p>
      <w:pPr>
        <w:pStyle w:val="ListBullet"/>
      </w:pPr>
      <w:r>
        <w:t>Conducted stock audits and created inventory control reports for management.</w:t>
      </w:r>
    </w:p>
    <w:p>
      <w:pPr>
        <w:pStyle w:val="ListBullet"/>
      </w:pPr>
      <w:r>
        <w:t>Prepared MIS and internal audit reports supporting risk assessment and decision-making.</w:t>
      </w:r>
    </w:p>
    <w:p>
      <w:pPr>
        <w:pStyle w:val="ListBullet"/>
      </w:pPr>
      <w:r>
        <w:t>Scrutinized general ledger accounts, identifying errors and proposing corrective actions.</w:t>
      </w:r>
    </w:p>
    <w:p>
      <w:pPr>
        <w:pStyle w:val="ListBullet"/>
      </w:pPr>
      <w:r>
        <w:t>Ensured compliance with audit frameworks and collaborated with audit partners and clients.</w:t>
      </w:r>
    </w:p>
    <w:p>
      <w:pPr>
        <w:pStyle w:val="ListNumber"/>
      </w:pPr>
      <w:r>
        <w:t>Branch Accountant &amp; Admin Assistant</w:t>
      </w:r>
    </w:p>
    <w:p>
      <w:r>
        <w:t>Dhruv Motors (I) Pvt. Ltd. – Bharuch, India (Dec 2023 – Jan 2025)</w:t>
      </w:r>
    </w:p>
    <w:p>
      <w:pPr>
        <w:pStyle w:val="ListBullet"/>
      </w:pPr>
      <w:r>
        <w:t>Handled daily accounting operations including sales, purchases, journal entries, and petty cash.</w:t>
      </w:r>
    </w:p>
    <w:p>
      <w:pPr>
        <w:pStyle w:val="ListBullet"/>
      </w:pPr>
      <w:r>
        <w:t>Conducted bank reconciliations and managed GST/TDS filings and returns.</w:t>
      </w:r>
    </w:p>
    <w:p>
      <w:pPr>
        <w:pStyle w:val="ListBullet"/>
      </w:pPr>
      <w:r>
        <w:t>Prepared payroll, processed salary disbursements, and maintained attendance records.</w:t>
      </w:r>
    </w:p>
    <w:p>
      <w:pPr>
        <w:pStyle w:val="ListBullet"/>
      </w:pPr>
      <w:r>
        <w:t>Acted as key liaison with head office for monthly accounting and compliance tasks.</w:t>
      </w:r>
    </w:p>
    <w:p>
      <w:pPr>
        <w:pStyle w:val="Heading2"/>
      </w:pPr>
      <w:r>
        <w:t>Education &amp; Certifications</w:t>
      </w:r>
    </w:p>
    <w:p>
      <w:r>
        <w:t>Company Secretary (CS) – Executive Level | ICSI | Expected 2027</w:t>
      </w:r>
    </w:p>
    <w:p>
      <w:r>
        <w:t>Bachelor of Commerce (B.Com) | Veer Narmad South Gujarat University | 2024</w:t>
      </w:r>
    </w:p>
    <w:p>
      <w:pPr>
        <w:pStyle w:val="Heading2"/>
      </w:pPr>
      <w:r>
        <w:t>Technical Skills</w:t>
      </w:r>
    </w:p>
    <w:p>
      <w:pPr>
        <w:pStyle w:val="ListBullet"/>
      </w:pPr>
      <w:r>
        <w:t>SAP FI &amp; MM</w:t>
      </w:r>
    </w:p>
    <w:p>
      <w:pPr>
        <w:pStyle w:val="ListBullet"/>
      </w:pPr>
      <w:r>
        <w:t>Tally Prime</w:t>
      </w:r>
    </w:p>
    <w:p>
      <w:pPr>
        <w:pStyle w:val="ListBullet"/>
      </w:pPr>
      <w:r>
        <w:t>Microsoft Excel</w:t>
      </w:r>
    </w:p>
    <w:p>
      <w:pPr>
        <w:pStyle w:val="ListBullet"/>
      </w:pPr>
      <w:r>
        <w:t>GST &amp; TDS Returns</w:t>
      </w:r>
    </w:p>
    <w:p>
      <w:pPr>
        <w:pStyle w:val="ListBullet"/>
      </w:pPr>
      <w:r>
        <w:t>Payroll &amp; Compliance Software</w:t>
      </w:r>
    </w:p>
    <w:p>
      <w:pPr>
        <w:pStyle w:val="Heading2"/>
      </w:pPr>
      <w:r>
        <w:t>Languages</w:t>
      </w:r>
    </w:p>
    <w:p>
      <w:pPr>
        <w:pStyle w:val="ListBullet"/>
      </w:pPr>
      <w:r>
        <w:t>English (Professional)</w:t>
      </w:r>
    </w:p>
    <w:p>
      <w:pPr>
        <w:pStyle w:val="ListBullet"/>
      </w:pPr>
      <w:r>
        <w:t>Hindi (Fluent)</w:t>
      </w:r>
    </w:p>
    <w:p>
      <w:pPr>
        <w:pStyle w:val="ListBullet"/>
      </w:pPr>
      <w:r>
        <w:t>Gujarati (Native)</w:t>
      </w:r>
    </w:p>
    <w:p>
      <w:pPr>
        <w:pStyle w:val="Heading2"/>
      </w:pPr>
      <w:r>
        <w:t>Relocation &amp; Availability</w:t>
      </w:r>
    </w:p>
    <w:p>
      <w:r>
        <w:t>Willing to relocate to the UAE immediately</w:t>
      </w:r>
    </w:p>
    <w:p>
      <w:r>
        <w:t>Available for interviews via phone, video, or in-person with short notice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